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Group trip itinerary</w:t>
      </w:r>
    </w:p>
    <w:p>
      <w:r>
        <w:t>A template for a trip with several people. Fill in Travelers first, put every confirmation on Bookings the day it arrives, and log money at the table.</w:t>
      </w:r>
    </w:p>
    <w:p>
      <w:pPr>
        <w:pStyle w:val="Heading1"/>
      </w:pPr>
      <w:r>
        <w:t>Overview</w:t>
      </w:r>
    </w:p>
    <w:p>
      <w:r>
        <w:t>One row per fact about the trip. Everyone reads this tab first. Numbers, Excel, and Google Sheets all open this file.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Trip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Dates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Destination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Organizer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Group chat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Shared lodging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Lodging booking reference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House rule for money</w:t>
            </w:r>
          </w:p>
        </w:tc>
        <w:tc>
          <w:tcPr>
            <w:tcW w:type="dxa" w:w="4320"/>
          </w:tcPr>
          <w:p>
            <w:r>
              <w:t>Shared costs split evenly unless marked</w:t>
            </w:r>
          </w:p>
        </w:tc>
      </w:tr>
      <w:tr>
        <w:tc>
          <w:tcPr>
            <w:tcW w:type="dxa" w:w="4320"/>
          </w:tcPr>
          <w:p>
            <w:r>
              <w:t>Arrival window to aim for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How to use this sheet</w:t>
            </w:r>
          </w:p>
        </w:tc>
        <w:tc>
          <w:tcPr>
            <w:tcW w:type="dxa" w:w="4320"/>
          </w:tcPr>
          <w:p>
            <w:r>
              <w:t>Fill in Travelers first. Add every booking the day it arrives. Log money at the table.</w:t>
            </w:r>
          </w:p>
        </w:tc>
      </w:tr>
    </w:tbl>
    <w:p>
      <w:pPr>
        <w:pStyle w:val="Heading1"/>
      </w:pPr>
      <w:r>
        <w:t>Travelers</w:t>
      </w:r>
    </w:p>
    <w:p>
      <w:r>
        <w:t>One row per person. Arrives and departs are the dates and times they are actually there.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Name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Arrives on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Arrival time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Arriving by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Departs on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Departure time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r>
        <w:t>Also note: phone, dietary notes, in on shared lodging?.</w:t>
      </w:r>
    </w:p>
    <w:p>
      <w:pPr>
        <w:pStyle w:val="Heading1"/>
      </w:pPr>
      <w:r>
        <w:t>Day by day</w:t>
      </w:r>
    </w:p>
    <w:p>
      <w:r>
        <w:t>One row per thing that happens. Leave Who it is for as Everyone unless it is not.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Time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What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Where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Who it is for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Booked by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r>
        <w:t>Also note: confirmation number, cost, notes.</w:t>
      </w:r>
    </w:p>
    <w:p>
      <w:pPr>
        <w:pStyle w:val="Heading1"/>
      </w:pPr>
      <w:r>
        <w:t>Bookings</w:t>
      </w:r>
    </w:p>
    <w:p>
      <w:r>
        <w:t>Every confirmation in one place, added the day it arrives.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Type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Traveler(s)</w:t>
            </w:r>
          </w:p>
        </w:tc>
        <w:tc>
          <w:tcPr>
            <w:tcW w:type="dxa" w:w="1440"/>
          </w:tcPr>
          <w:p>
            <w:r>
              <w:rPr>
                <w:b/>
              </w:rPr>
              <w:t>Provider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Confirmation number</w:t>
            </w:r>
          </w:p>
        </w:tc>
        <w:tc>
          <w:tcPr>
            <w:tcW w:type="dxa" w:w="144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Amount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r>
        <w:t>Also note: currency, who paid, forwarded to the trip?, link or notes.</w:t>
      </w:r>
    </w:p>
    <w:p>
      <w:pPr>
        <w:pStyle w:val="Heading1"/>
      </w:pPr>
      <w:r>
        <w:t>Money</w:t>
      </w:r>
    </w:p>
    <w:p>
      <w:r>
        <w:t>Log each shared cost the day it happens. The totals below show what each person has paid, not what they owe.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rPr>
                <w:b/>
              </w:rPr>
              <w:t>Date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What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Who paid</w:t>
            </w:r>
          </w:p>
        </w:tc>
        <w:tc>
          <w:tcPr>
            <w:tcW w:type="dxa" w:w="1440"/>
          </w:tcPr>
          <w:p>
            <w:r>
              <w:rPr>
                <w:b/>
              </w:rPr>
              <w:t>Amount</w:t>
            </w:r>
          </w:p>
        </w:tc>
        <w:tc>
          <w:tcPr>
            <w:tcW w:type="dxa" w:w="1440"/>
          </w:tcPr>
          <w:p>
            <w:r>
              <w:rPr>
                <w:b/>
              </w:rPr>
              <w:t>Currency</w:t>
            </w:r>
          </w:p>
        </w:tc>
        <w:tc>
          <w:tcPr>
            <w:tcW w:type="dxa" w:w="1440"/>
          </w:tcPr>
          <w:p>
            <w:r>
              <w:rPr>
                <w:b/>
              </w:rPr>
              <w:t>Split among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r>
        <w:t>Also note: receipt?.</w:t>
      </w:r>
    </w:p>
    <w:p>
      <w:pPr>
        <w:pStyle w:val="Heading1"/>
      </w:pPr>
      <w:r>
        <w:t>Packing and to-dos</w:t>
      </w:r>
    </w:p>
    <w:p>
      <w:r>
        <w:t>Who is bringing the speaker, who has the booking reference for the house.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b/>
              </w:rPr>
              <w:t>Item</w:t>
            </w:r>
          </w:p>
        </w:tc>
        <w:tc>
          <w:tcPr>
            <w:tcW w:type="dxa" w:w="1728"/>
          </w:tcPr>
          <w:p>
            <w:r>
              <w:rPr>
                <w:b/>
              </w:rPr>
              <w:t>Owner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Due</w:t>
            </w:r>
          </w:p>
        </w:tc>
        <w:tc>
          <w:tcPr>
            <w:tcW w:type="dxa" w:w="1728"/>
          </w:tcPr>
          <w:p>
            <w:r>
              <w:rPr>
                <w:b/>
              </w:rPr>
              <w:t>Done?</w:t>
            </w:r>
          </w:p>
        </w:tc>
        <w:tc>
          <w:tcPr>
            <w:tcW w:type="dxa" w:w="1728"/>
          </w:tcPr>
          <w:p>
            <w:r>
              <w:rPr>
                <w:b/>
              </w:rPr>
              <w:t>Notes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r>
        <w:t>Made by Whimbrel (getwhimbrel.com), which builds the same tabs from the booking emails everyone forwards. Free to use and share.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